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383CC" w14:textId="77777777" w:rsidR="00653378" w:rsidRDefault="00653378" w:rsidP="00653378">
      <w:pPr>
        <w:spacing w:after="0" w:line="240" w:lineRule="auto"/>
        <w:jc w:val="center"/>
        <w:rPr>
          <w:b/>
          <w:sz w:val="24"/>
          <w:szCs w:val="24"/>
          <w:lang w:val="it-IT"/>
        </w:rPr>
      </w:pPr>
    </w:p>
    <w:p w14:paraId="43C77560" w14:textId="77777777" w:rsidR="00653378" w:rsidRDefault="00653378" w:rsidP="00653378">
      <w:pPr>
        <w:spacing w:after="0" w:line="240" w:lineRule="auto"/>
        <w:jc w:val="center"/>
        <w:rPr>
          <w:b/>
          <w:sz w:val="24"/>
          <w:szCs w:val="24"/>
          <w:lang w:val="it-IT"/>
        </w:rPr>
      </w:pPr>
    </w:p>
    <w:p w14:paraId="43780113" w14:textId="77777777" w:rsidR="00653378" w:rsidRDefault="00653378" w:rsidP="00653378">
      <w:pPr>
        <w:spacing w:after="0" w:line="240" w:lineRule="auto"/>
        <w:jc w:val="center"/>
        <w:rPr>
          <w:b/>
          <w:sz w:val="24"/>
          <w:szCs w:val="24"/>
          <w:lang w:val="it-IT"/>
        </w:rPr>
      </w:pPr>
    </w:p>
    <w:p w14:paraId="14E5A1B5" w14:textId="48795C85" w:rsidR="00653378" w:rsidRPr="00653378" w:rsidRDefault="009459B8" w:rsidP="00653378">
      <w:pPr>
        <w:spacing w:after="0" w:line="240" w:lineRule="auto"/>
        <w:jc w:val="center"/>
        <w:rPr>
          <w:b/>
          <w:sz w:val="32"/>
          <w:szCs w:val="32"/>
          <w:lang w:val="it-IT"/>
        </w:rPr>
      </w:pPr>
      <w:r w:rsidRPr="00653378">
        <w:rPr>
          <w:b/>
          <w:sz w:val="32"/>
          <w:szCs w:val="32"/>
          <w:lang w:val="it-IT"/>
        </w:rPr>
        <w:t>DOMANDA DI PARTECIPAZIONE</w:t>
      </w:r>
    </w:p>
    <w:p w14:paraId="4525AB2E" w14:textId="77777777" w:rsidR="00653378" w:rsidRDefault="00653378" w:rsidP="00653378">
      <w:pPr>
        <w:spacing w:after="0" w:line="240" w:lineRule="auto"/>
        <w:jc w:val="center"/>
        <w:rPr>
          <w:iCs/>
          <w:sz w:val="24"/>
          <w:szCs w:val="24"/>
          <w:lang w:val="it-IT"/>
        </w:rPr>
      </w:pPr>
    </w:p>
    <w:p w14:paraId="2879EF25" w14:textId="0DB3FB76" w:rsidR="00653378" w:rsidRPr="00FD51AF" w:rsidRDefault="009459B8" w:rsidP="00653378">
      <w:pPr>
        <w:spacing w:after="0" w:line="240" w:lineRule="auto"/>
        <w:jc w:val="center"/>
        <w:rPr>
          <w:b/>
          <w:bCs/>
          <w:iCs/>
          <w:sz w:val="28"/>
          <w:szCs w:val="28"/>
          <w:lang w:val="it-IT"/>
        </w:rPr>
      </w:pPr>
      <w:r w:rsidRPr="00FD51AF">
        <w:rPr>
          <w:b/>
          <w:bCs/>
          <w:iCs/>
          <w:sz w:val="28"/>
          <w:szCs w:val="28"/>
          <w:lang w:val="it-IT"/>
        </w:rPr>
        <w:t xml:space="preserve">Borsa </w:t>
      </w:r>
      <w:r w:rsidR="00653378" w:rsidRPr="00FD51AF">
        <w:rPr>
          <w:b/>
          <w:bCs/>
          <w:iCs/>
          <w:sz w:val="28"/>
          <w:szCs w:val="28"/>
          <w:lang w:val="it-IT"/>
        </w:rPr>
        <w:t>per attività di ricerca</w:t>
      </w:r>
      <w:r w:rsidR="00FD51AF" w:rsidRPr="00FD51AF">
        <w:rPr>
          <w:b/>
          <w:bCs/>
          <w:iCs/>
          <w:sz w:val="28"/>
          <w:szCs w:val="28"/>
          <w:lang w:val="it-IT"/>
        </w:rPr>
        <w:t xml:space="preserve"> e studio</w:t>
      </w:r>
      <w:r w:rsidR="00653378" w:rsidRPr="00FD51AF">
        <w:rPr>
          <w:b/>
          <w:bCs/>
          <w:iCs/>
          <w:sz w:val="28"/>
          <w:szCs w:val="28"/>
          <w:lang w:val="it-IT"/>
        </w:rPr>
        <w:br/>
      </w:r>
    </w:p>
    <w:p w14:paraId="2A7013DE" w14:textId="72DC167D" w:rsidR="00D74DBA" w:rsidRPr="00653378" w:rsidRDefault="009459B8" w:rsidP="00653378">
      <w:pPr>
        <w:spacing w:after="0" w:line="240" w:lineRule="auto"/>
        <w:jc w:val="center"/>
        <w:rPr>
          <w:b/>
          <w:bCs/>
          <w:i/>
          <w:sz w:val="28"/>
          <w:szCs w:val="28"/>
          <w:lang w:val="it-IT"/>
        </w:rPr>
      </w:pPr>
      <w:r w:rsidRPr="00653378">
        <w:rPr>
          <w:b/>
          <w:bCs/>
          <w:i/>
          <w:sz w:val="28"/>
          <w:szCs w:val="28"/>
          <w:lang w:val="it-IT"/>
        </w:rPr>
        <w:t xml:space="preserve">San Frediano. Il cuore popolare di Firenze </w:t>
      </w:r>
      <w:r w:rsidR="00653378">
        <w:rPr>
          <w:b/>
          <w:bCs/>
          <w:i/>
          <w:sz w:val="28"/>
          <w:szCs w:val="28"/>
          <w:lang w:val="it-IT"/>
        </w:rPr>
        <w:br/>
      </w:r>
      <w:r w:rsidRPr="00653378">
        <w:rPr>
          <w:b/>
          <w:bCs/>
          <w:i/>
          <w:sz w:val="28"/>
          <w:szCs w:val="28"/>
          <w:lang w:val="it-IT"/>
        </w:rPr>
        <w:t>fra letteratura, fotografia, storia (1865–2025)</w:t>
      </w:r>
    </w:p>
    <w:p w14:paraId="5F7CB60B" w14:textId="77777777" w:rsidR="00653378" w:rsidRDefault="00653378" w:rsidP="00653378">
      <w:pPr>
        <w:spacing w:after="0" w:line="240" w:lineRule="auto"/>
        <w:jc w:val="center"/>
        <w:rPr>
          <w:i/>
          <w:sz w:val="24"/>
          <w:szCs w:val="24"/>
          <w:lang w:val="it-IT"/>
        </w:rPr>
      </w:pPr>
    </w:p>
    <w:p w14:paraId="0E207E3A" w14:textId="77777777" w:rsidR="00653378" w:rsidRPr="00653378" w:rsidRDefault="00653378" w:rsidP="00653378">
      <w:pPr>
        <w:spacing w:after="0" w:line="240" w:lineRule="auto"/>
        <w:rPr>
          <w:sz w:val="24"/>
          <w:szCs w:val="24"/>
          <w:lang w:val="it-IT"/>
        </w:rPr>
      </w:pPr>
    </w:p>
    <w:p w14:paraId="0CC56757" w14:textId="753866BE" w:rsidR="00D74DBA" w:rsidRPr="00653378" w:rsidRDefault="009459B8" w:rsidP="00653378">
      <w:pPr>
        <w:spacing w:after="0" w:line="240" w:lineRule="auto"/>
        <w:jc w:val="both"/>
        <w:rPr>
          <w:sz w:val="24"/>
          <w:szCs w:val="24"/>
          <w:lang w:val="it-IT"/>
        </w:rPr>
      </w:pPr>
      <w:r w:rsidRPr="00653378">
        <w:rPr>
          <w:sz w:val="24"/>
          <w:szCs w:val="24"/>
          <w:lang w:val="it-IT"/>
        </w:rPr>
        <w:t>Il/La sottoscritto/a</w:t>
      </w:r>
      <w:r w:rsidR="00653378">
        <w:rPr>
          <w:sz w:val="24"/>
          <w:szCs w:val="24"/>
          <w:lang w:val="it-IT"/>
        </w:rPr>
        <w:t xml:space="preserve">, </w:t>
      </w:r>
      <w:r w:rsidRPr="00653378">
        <w:rPr>
          <w:sz w:val="24"/>
          <w:szCs w:val="24"/>
          <w:lang w:val="it-IT"/>
        </w:rPr>
        <w:t>ai fini della partecipazione alla selezione prevista dal bando,</w:t>
      </w:r>
    </w:p>
    <w:p w14:paraId="3A4427CA" w14:textId="77777777" w:rsidR="00653378" w:rsidRDefault="00653378" w:rsidP="00653378">
      <w:pPr>
        <w:spacing w:after="0" w:line="240" w:lineRule="auto"/>
        <w:jc w:val="both"/>
        <w:rPr>
          <w:sz w:val="24"/>
          <w:szCs w:val="24"/>
          <w:lang w:val="it-IT"/>
        </w:rPr>
      </w:pPr>
    </w:p>
    <w:p w14:paraId="0C1A31E6" w14:textId="4854A88F" w:rsidR="00D74DBA" w:rsidRPr="00653378" w:rsidRDefault="009459B8" w:rsidP="00653378">
      <w:pPr>
        <w:spacing w:after="0" w:line="240" w:lineRule="auto"/>
        <w:jc w:val="both"/>
        <w:rPr>
          <w:sz w:val="24"/>
          <w:szCs w:val="24"/>
          <w:lang w:val="it-IT"/>
        </w:rPr>
      </w:pPr>
      <w:r w:rsidRPr="00653378">
        <w:rPr>
          <w:sz w:val="24"/>
          <w:szCs w:val="24"/>
          <w:lang w:val="it-IT"/>
        </w:rPr>
        <w:t xml:space="preserve">Nome e cognome: </w:t>
      </w:r>
    </w:p>
    <w:p w14:paraId="63F90E5B" w14:textId="156D6317" w:rsidR="00D74DBA" w:rsidRPr="00653378" w:rsidRDefault="009459B8" w:rsidP="00653378">
      <w:pPr>
        <w:spacing w:after="0" w:line="240" w:lineRule="auto"/>
        <w:jc w:val="both"/>
        <w:rPr>
          <w:sz w:val="24"/>
          <w:szCs w:val="24"/>
          <w:lang w:val="it-IT"/>
        </w:rPr>
      </w:pPr>
      <w:r w:rsidRPr="00653378">
        <w:rPr>
          <w:sz w:val="24"/>
          <w:szCs w:val="24"/>
          <w:lang w:val="it-IT"/>
        </w:rPr>
        <w:t xml:space="preserve">Luogo e data di nascita:  </w:t>
      </w:r>
    </w:p>
    <w:p w14:paraId="64A8B609" w14:textId="207F21DB" w:rsidR="00D74DBA" w:rsidRPr="00653378" w:rsidRDefault="009459B8" w:rsidP="00653378">
      <w:pPr>
        <w:spacing w:after="0" w:line="240" w:lineRule="auto"/>
        <w:jc w:val="both"/>
        <w:rPr>
          <w:sz w:val="24"/>
          <w:szCs w:val="24"/>
          <w:lang w:val="it-IT"/>
        </w:rPr>
      </w:pPr>
      <w:r w:rsidRPr="00653378">
        <w:rPr>
          <w:sz w:val="24"/>
          <w:szCs w:val="24"/>
          <w:lang w:val="it-IT"/>
        </w:rPr>
        <w:t xml:space="preserve">Codice fiscale:  </w:t>
      </w:r>
    </w:p>
    <w:p w14:paraId="375C7693" w14:textId="6CBF94ED" w:rsidR="00D74DBA" w:rsidRPr="00653378" w:rsidRDefault="009459B8" w:rsidP="00653378">
      <w:pPr>
        <w:spacing w:after="0" w:line="240" w:lineRule="auto"/>
        <w:jc w:val="both"/>
        <w:rPr>
          <w:sz w:val="24"/>
          <w:szCs w:val="24"/>
          <w:lang w:val="it-IT"/>
        </w:rPr>
      </w:pPr>
      <w:r w:rsidRPr="00653378">
        <w:rPr>
          <w:sz w:val="24"/>
          <w:szCs w:val="24"/>
          <w:lang w:val="it-IT"/>
        </w:rPr>
        <w:t>Residenza</w:t>
      </w:r>
      <w:r w:rsidR="00653378">
        <w:rPr>
          <w:sz w:val="24"/>
          <w:szCs w:val="24"/>
          <w:lang w:val="it-IT"/>
        </w:rPr>
        <w:t>:</w:t>
      </w:r>
    </w:p>
    <w:p w14:paraId="713DB02E" w14:textId="1E6A64D0" w:rsidR="00D74DBA" w:rsidRPr="00653378" w:rsidRDefault="009459B8" w:rsidP="00653378">
      <w:pPr>
        <w:spacing w:after="0" w:line="240" w:lineRule="auto"/>
        <w:jc w:val="both"/>
        <w:rPr>
          <w:sz w:val="24"/>
          <w:szCs w:val="24"/>
          <w:lang w:val="it-IT"/>
        </w:rPr>
      </w:pPr>
      <w:r w:rsidRPr="00653378">
        <w:rPr>
          <w:sz w:val="24"/>
          <w:szCs w:val="24"/>
          <w:lang w:val="it-IT"/>
        </w:rPr>
        <w:t xml:space="preserve">Domicilio (se diverso):  </w:t>
      </w:r>
    </w:p>
    <w:p w14:paraId="669CB930" w14:textId="72AA44F1" w:rsidR="00D74DBA" w:rsidRPr="00653378" w:rsidRDefault="009459B8" w:rsidP="00653378">
      <w:pPr>
        <w:spacing w:after="0" w:line="240" w:lineRule="auto"/>
        <w:jc w:val="both"/>
        <w:rPr>
          <w:sz w:val="24"/>
          <w:szCs w:val="24"/>
          <w:lang w:val="it-IT"/>
        </w:rPr>
      </w:pPr>
      <w:r w:rsidRPr="00653378">
        <w:rPr>
          <w:sz w:val="24"/>
          <w:szCs w:val="24"/>
          <w:lang w:val="it-IT"/>
        </w:rPr>
        <w:t xml:space="preserve">Telefono:  </w:t>
      </w:r>
    </w:p>
    <w:p w14:paraId="2579569B" w14:textId="3F57DDAB" w:rsidR="00D74DBA" w:rsidRDefault="009459B8" w:rsidP="00653378">
      <w:pPr>
        <w:spacing w:after="0" w:line="240" w:lineRule="auto"/>
        <w:jc w:val="both"/>
        <w:rPr>
          <w:sz w:val="24"/>
          <w:szCs w:val="24"/>
          <w:lang w:val="it-IT"/>
        </w:rPr>
      </w:pPr>
      <w:r w:rsidRPr="00653378">
        <w:rPr>
          <w:sz w:val="24"/>
          <w:szCs w:val="24"/>
          <w:lang w:val="it-IT"/>
        </w:rPr>
        <w:t xml:space="preserve">Indirizzo e-mail: </w:t>
      </w:r>
    </w:p>
    <w:p w14:paraId="2C807AF2" w14:textId="77777777" w:rsidR="00653378" w:rsidRPr="00653378" w:rsidRDefault="00653378" w:rsidP="00653378">
      <w:pPr>
        <w:spacing w:after="0" w:line="240" w:lineRule="auto"/>
        <w:jc w:val="both"/>
        <w:rPr>
          <w:sz w:val="24"/>
          <w:szCs w:val="24"/>
          <w:lang w:val="it-IT"/>
        </w:rPr>
      </w:pPr>
    </w:p>
    <w:p w14:paraId="3AFC4EED" w14:textId="77777777" w:rsidR="00D74DBA" w:rsidRPr="00653378" w:rsidRDefault="009459B8" w:rsidP="00653378">
      <w:pPr>
        <w:spacing w:after="0" w:line="240" w:lineRule="auto"/>
        <w:jc w:val="center"/>
        <w:rPr>
          <w:b/>
          <w:sz w:val="28"/>
          <w:szCs w:val="28"/>
          <w:lang w:val="it-IT"/>
        </w:rPr>
      </w:pPr>
      <w:r w:rsidRPr="00653378">
        <w:rPr>
          <w:b/>
          <w:sz w:val="28"/>
          <w:szCs w:val="28"/>
          <w:lang w:val="it-IT"/>
        </w:rPr>
        <w:t>CHIEDE</w:t>
      </w:r>
    </w:p>
    <w:p w14:paraId="131C6082" w14:textId="77777777" w:rsidR="00653378" w:rsidRPr="00653378" w:rsidRDefault="00653378" w:rsidP="00653378">
      <w:pPr>
        <w:spacing w:after="0" w:line="240" w:lineRule="auto"/>
        <w:jc w:val="both"/>
        <w:rPr>
          <w:sz w:val="24"/>
          <w:szCs w:val="24"/>
          <w:lang w:val="it-IT"/>
        </w:rPr>
      </w:pPr>
    </w:p>
    <w:p w14:paraId="7C6CB309" w14:textId="079B08BC" w:rsidR="00D74DBA" w:rsidRDefault="009459B8" w:rsidP="00653378">
      <w:pPr>
        <w:spacing w:after="0" w:line="240" w:lineRule="auto"/>
        <w:jc w:val="both"/>
        <w:rPr>
          <w:sz w:val="24"/>
          <w:szCs w:val="24"/>
          <w:lang w:val="it-IT"/>
        </w:rPr>
      </w:pPr>
      <w:r w:rsidRPr="00653378">
        <w:rPr>
          <w:sz w:val="24"/>
          <w:szCs w:val="24"/>
          <w:lang w:val="it-IT"/>
        </w:rPr>
        <w:t xml:space="preserve">di essere ammesso/a alla selezione per l’assegnazione di una borsa di ricerca dell’importo lordo di </w:t>
      </w:r>
      <w:r w:rsidR="00653378">
        <w:rPr>
          <w:sz w:val="24"/>
          <w:szCs w:val="24"/>
          <w:lang w:val="it-IT"/>
        </w:rPr>
        <w:t xml:space="preserve">€ </w:t>
      </w:r>
      <w:r w:rsidRPr="00653378">
        <w:rPr>
          <w:sz w:val="24"/>
          <w:szCs w:val="24"/>
          <w:lang w:val="it-IT"/>
        </w:rPr>
        <w:t>2.500,00, nell’ambito del progetto sopra indicato, sostenuto dalla Fondazione CR Firenze.</w:t>
      </w:r>
    </w:p>
    <w:p w14:paraId="546E978C" w14:textId="77777777" w:rsidR="00653378" w:rsidRPr="00653378" w:rsidRDefault="00653378" w:rsidP="00653378">
      <w:pPr>
        <w:spacing w:after="0" w:line="240" w:lineRule="auto"/>
        <w:jc w:val="both"/>
        <w:rPr>
          <w:sz w:val="24"/>
          <w:szCs w:val="24"/>
          <w:lang w:val="it-IT"/>
        </w:rPr>
      </w:pPr>
    </w:p>
    <w:p w14:paraId="711D5169" w14:textId="77777777" w:rsidR="00D74DBA" w:rsidRDefault="009459B8" w:rsidP="00653378">
      <w:pPr>
        <w:spacing w:after="0" w:line="240" w:lineRule="auto"/>
        <w:jc w:val="center"/>
        <w:rPr>
          <w:b/>
          <w:sz w:val="28"/>
          <w:szCs w:val="28"/>
          <w:lang w:val="it-IT"/>
        </w:rPr>
      </w:pPr>
      <w:r w:rsidRPr="00653378">
        <w:rPr>
          <w:b/>
          <w:sz w:val="28"/>
          <w:szCs w:val="28"/>
          <w:lang w:val="it-IT"/>
        </w:rPr>
        <w:t>DICHIARA</w:t>
      </w:r>
    </w:p>
    <w:p w14:paraId="6FA7C9A2" w14:textId="77777777" w:rsidR="00653378" w:rsidRPr="00653378" w:rsidRDefault="00653378" w:rsidP="00653378">
      <w:pPr>
        <w:spacing w:after="0" w:line="240" w:lineRule="auto"/>
        <w:jc w:val="center"/>
        <w:rPr>
          <w:sz w:val="28"/>
          <w:szCs w:val="28"/>
          <w:lang w:val="it-IT"/>
        </w:rPr>
      </w:pPr>
    </w:p>
    <w:p w14:paraId="0CC90DC7" w14:textId="77777777" w:rsidR="00D74DBA" w:rsidRDefault="009459B8" w:rsidP="00653378">
      <w:pPr>
        <w:spacing w:after="0" w:line="240" w:lineRule="auto"/>
        <w:jc w:val="both"/>
        <w:rPr>
          <w:sz w:val="24"/>
          <w:szCs w:val="24"/>
          <w:lang w:val="it-IT"/>
        </w:rPr>
      </w:pPr>
      <w:r w:rsidRPr="00653378">
        <w:rPr>
          <w:sz w:val="24"/>
          <w:szCs w:val="24"/>
          <w:lang w:val="it-IT"/>
        </w:rPr>
        <w:t>consapevole delle responsabilità e delle sanzioni previste dall’art. 76 del D.P.R. 445/2000 in caso di dichiarazioni mendaci, ai sensi degli artt. 46 e 47 del medesimo decreto:</w:t>
      </w:r>
    </w:p>
    <w:p w14:paraId="006550ED" w14:textId="77777777" w:rsidR="00653378" w:rsidRPr="00653378" w:rsidRDefault="00653378" w:rsidP="00653378">
      <w:pPr>
        <w:spacing w:after="0" w:line="240" w:lineRule="auto"/>
        <w:jc w:val="both"/>
        <w:rPr>
          <w:sz w:val="24"/>
          <w:szCs w:val="24"/>
          <w:lang w:val="it-IT"/>
        </w:rPr>
      </w:pPr>
    </w:p>
    <w:p w14:paraId="18223CAC" w14:textId="49DE3644" w:rsidR="00D74DBA" w:rsidRPr="00653378" w:rsidRDefault="009459B8" w:rsidP="00653378">
      <w:pPr>
        <w:spacing w:after="0" w:line="240" w:lineRule="auto"/>
        <w:jc w:val="both"/>
        <w:rPr>
          <w:sz w:val="24"/>
          <w:szCs w:val="24"/>
          <w:lang w:val="it-IT"/>
        </w:rPr>
      </w:pPr>
      <w:r w:rsidRPr="00653378">
        <w:rPr>
          <w:sz w:val="24"/>
          <w:szCs w:val="24"/>
          <w:lang w:val="it-IT"/>
        </w:rPr>
        <w:t xml:space="preserve">☐ di possedere una laurea magistrale o titolo equipollente in: </w:t>
      </w:r>
    </w:p>
    <w:p w14:paraId="59E401F3" w14:textId="77777777" w:rsidR="00653378" w:rsidRDefault="009459B8" w:rsidP="00653378">
      <w:pPr>
        <w:spacing w:after="0" w:line="240" w:lineRule="auto"/>
        <w:jc w:val="both"/>
        <w:rPr>
          <w:sz w:val="24"/>
          <w:szCs w:val="24"/>
          <w:lang w:val="it-IT"/>
        </w:rPr>
      </w:pPr>
      <w:r w:rsidRPr="00653378">
        <w:rPr>
          <w:sz w:val="24"/>
          <w:szCs w:val="24"/>
          <w:lang w:val="it-IT"/>
        </w:rPr>
        <w:t xml:space="preserve">     conseguita presso: </w:t>
      </w:r>
    </w:p>
    <w:p w14:paraId="747E60DB" w14:textId="79D507FD" w:rsidR="00D74DBA" w:rsidRPr="00653378" w:rsidRDefault="009459B8" w:rsidP="00653378">
      <w:pPr>
        <w:spacing w:after="0" w:line="240" w:lineRule="auto"/>
        <w:ind w:left="284"/>
        <w:jc w:val="both"/>
        <w:rPr>
          <w:sz w:val="24"/>
          <w:szCs w:val="24"/>
          <w:lang w:val="it-IT"/>
        </w:rPr>
      </w:pPr>
      <w:r w:rsidRPr="00653378">
        <w:rPr>
          <w:sz w:val="24"/>
          <w:szCs w:val="24"/>
          <w:lang w:val="it-IT"/>
        </w:rPr>
        <w:t xml:space="preserve">in data: </w:t>
      </w:r>
    </w:p>
    <w:p w14:paraId="2F56B19D" w14:textId="77777777" w:rsidR="00D74DBA" w:rsidRPr="00653378" w:rsidRDefault="009459B8" w:rsidP="00653378">
      <w:pPr>
        <w:spacing w:after="0" w:line="240" w:lineRule="auto"/>
        <w:jc w:val="both"/>
        <w:rPr>
          <w:sz w:val="24"/>
          <w:szCs w:val="24"/>
          <w:lang w:val="it-IT"/>
        </w:rPr>
      </w:pPr>
      <w:r w:rsidRPr="00653378">
        <w:rPr>
          <w:sz w:val="24"/>
          <w:szCs w:val="24"/>
          <w:lang w:val="it-IT"/>
        </w:rPr>
        <w:t>☐ di aver preso visione del bando e di accettarne le condizioni;</w:t>
      </w:r>
    </w:p>
    <w:p w14:paraId="2BE897D9" w14:textId="77777777" w:rsidR="00D74DBA" w:rsidRDefault="009459B8" w:rsidP="00653378">
      <w:pPr>
        <w:spacing w:after="0" w:line="240" w:lineRule="auto"/>
        <w:jc w:val="both"/>
        <w:rPr>
          <w:sz w:val="24"/>
          <w:szCs w:val="24"/>
          <w:lang w:val="it-IT"/>
        </w:rPr>
      </w:pPr>
      <w:r w:rsidRPr="00653378">
        <w:rPr>
          <w:sz w:val="24"/>
          <w:szCs w:val="24"/>
          <w:lang w:val="it-IT"/>
        </w:rPr>
        <w:t>☐ che le informazioni dichiarate e contenute nel curriculum vitae allegato corrispondono al vero.</w:t>
      </w:r>
    </w:p>
    <w:p w14:paraId="302A48C5" w14:textId="77777777" w:rsidR="00653378" w:rsidRPr="00653378" w:rsidRDefault="00653378" w:rsidP="00653378">
      <w:pPr>
        <w:spacing w:after="0" w:line="240" w:lineRule="auto"/>
        <w:jc w:val="both"/>
        <w:rPr>
          <w:sz w:val="24"/>
          <w:szCs w:val="24"/>
          <w:lang w:val="it-IT"/>
        </w:rPr>
      </w:pPr>
    </w:p>
    <w:p w14:paraId="15162212" w14:textId="77777777" w:rsidR="00D74DBA" w:rsidRPr="00653378" w:rsidRDefault="009459B8" w:rsidP="00653378">
      <w:pPr>
        <w:spacing w:after="0" w:line="240" w:lineRule="auto"/>
        <w:jc w:val="center"/>
        <w:rPr>
          <w:sz w:val="28"/>
          <w:szCs w:val="28"/>
          <w:lang w:val="it-IT"/>
        </w:rPr>
      </w:pPr>
      <w:r w:rsidRPr="00653378">
        <w:rPr>
          <w:b/>
          <w:sz w:val="28"/>
          <w:szCs w:val="28"/>
          <w:lang w:val="it-IT"/>
        </w:rPr>
        <w:t>ALLEGA</w:t>
      </w:r>
    </w:p>
    <w:p w14:paraId="020708B4" w14:textId="77777777" w:rsidR="00653378" w:rsidRDefault="00653378" w:rsidP="00653378">
      <w:pPr>
        <w:spacing w:after="0" w:line="240" w:lineRule="auto"/>
        <w:jc w:val="both"/>
        <w:rPr>
          <w:sz w:val="24"/>
          <w:szCs w:val="24"/>
          <w:lang w:val="it-IT"/>
        </w:rPr>
      </w:pPr>
    </w:p>
    <w:p w14:paraId="53358DE3" w14:textId="77777777" w:rsidR="00653378" w:rsidRDefault="009459B8" w:rsidP="00653378">
      <w:pPr>
        <w:spacing w:after="0" w:line="240" w:lineRule="auto"/>
        <w:jc w:val="both"/>
        <w:rPr>
          <w:sz w:val="24"/>
          <w:szCs w:val="24"/>
          <w:lang w:val="it-IT"/>
        </w:rPr>
      </w:pPr>
      <w:r w:rsidRPr="00653378">
        <w:rPr>
          <w:sz w:val="24"/>
          <w:szCs w:val="24"/>
          <w:lang w:val="it-IT"/>
        </w:rPr>
        <w:t xml:space="preserve">☐ Curriculum vitae aggiornato </w:t>
      </w:r>
    </w:p>
    <w:p w14:paraId="0D25D5E6" w14:textId="092E606B" w:rsidR="00D74DBA" w:rsidRPr="00653378" w:rsidRDefault="009459B8" w:rsidP="00653378">
      <w:pPr>
        <w:spacing w:after="0" w:line="240" w:lineRule="auto"/>
        <w:jc w:val="both"/>
        <w:rPr>
          <w:sz w:val="24"/>
          <w:szCs w:val="24"/>
          <w:lang w:val="it-IT"/>
        </w:rPr>
      </w:pPr>
      <w:r w:rsidRPr="00653378">
        <w:rPr>
          <w:sz w:val="24"/>
          <w:szCs w:val="24"/>
          <w:lang w:val="it-IT"/>
        </w:rPr>
        <w:t>☐ Copia di un documento d’identità in corso di validità;</w:t>
      </w:r>
    </w:p>
    <w:p w14:paraId="7F8B855C" w14:textId="77777777" w:rsidR="00D74DBA" w:rsidRDefault="009459B8" w:rsidP="00653378">
      <w:pPr>
        <w:spacing w:after="0" w:line="240" w:lineRule="auto"/>
        <w:jc w:val="both"/>
        <w:rPr>
          <w:sz w:val="24"/>
          <w:szCs w:val="24"/>
          <w:lang w:val="it-IT"/>
        </w:rPr>
      </w:pPr>
      <w:r w:rsidRPr="00653378">
        <w:rPr>
          <w:sz w:val="24"/>
          <w:szCs w:val="24"/>
          <w:lang w:val="it-IT"/>
        </w:rPr>
        <w:t>☐ Eventuali ulteriori documenti a supporto dei titoli e delle esperienze dichiarati (facoltativi).</w:t>
      </w:r>
    </w:p>
    <w:p w14:paraId="7FAB2EDA" w14:textId="65315A34" w:rsidR="00653378" w:rsidRDefault="00653378">
      <w:pPr>
        <w:spacing w:after="200"/>
        <w:rPr>
          <w:sz w:val="24"/>
          <w:szCs w:val="24"/>
          <w:lang w:val="it-IT"/>
        </w:rPr>
      </w:pPr>
      <w:r>
        <w:rPr>
          <w:sz w:val="24"/>
          <w:szCs w:val="24"/>
          <w:lang w:val="it-IT"/>
        </w:rPr>
        <w:br w:type="page"/>
      </w:r>
    </w:p>
    <w:p w14:paraId="315E6438" w14:textId="77777777" w:rsidR="00653378" w:rsidRPr="00653378" w:rsidRDefault="00653378" w:rsidP="00653378">
      <w:pPr>
        <w:spacing w:after="0" w:line="240" w:lineRule="auto"/>
        <w:jc w:val="both"/>
        <w:rPr>
          <w:sz w:val="24"/>
          <w:szCs w:val="24"/>
          <w:lang w:val="it-IT"/>
        </w:rPr>
      </w:pPr>
    </w:p>
    <w:p w14:paraId="1AF695E8" w14:textId="77777777" w:rsidR="00653378" w:rsidRDefault="00653378" w:rsidP="00653378">
      <w:pPr>
        <w:spacing w:after="0" w:line="240" w:lineRule="auto"/>
        <w:jc w:val="center"/>
        <w:rPr>
          <w:b/>
          <w:sz w:val="24"/>
          <w:szCs w:val="24"/>
          <w:lang w:val="it-IT"/>
        </w:rPr>
      </w:pPr>
    </w:p>
    <w:p w14:paraId="4589BB68" w14:textId="77777777" w:rsidR="00653378" w:rsidRDefault="00653378" w:rsidP="00653378">
      <w:pPr>
        <w:spacing w:after="0" w:line="240" w:lineRule="auto"/>
        <w:jc w:val="center"/>
        <w:rPr>
          <w:b/>
          <w:sz w:val="24"/>
          <w:szCs w:val="24"/>
          <w:lang w:val="it-IT"/>
        </w:rPr>
      </w:pPr>
    </w:p>
    <w:p w14:paraId="26880C17" w14:textId="423F8C4F" w:rsidR="00D74DBA" w:rsidRDefault="009459B8" w:rsidP="00653378">
      <w:pPr>
        <w:spacing w:after="0" w:line="240" w:lineRule="auto"/>
        <w:jc w:val="center"/>
        <w:rPr>
          <w:b/>
          <w:sz w:val="24"/>
          <w:szCs w:val="24"/>
          <w:lang w:val="it-IT"/>
        </w:rPr>
      </w:pPr>
      <w:r w:rsidRPr="00653378">
        <w:rPr>
          <w:b/>
          <w:sz w:val="24"/>
          <w:szCs w:val="24"/>
          <w:lang w:val="it-IT"/>
        </w:rPr>
        <w:t xml:space="preserve">INFORMATIVA SUL TRATTAMENTO DEI DATI PERSONALI </w:t>
      </w:r>
      <w:r w:rsidR="00653378">
        <w:rPr>
          <w:b/>
          <w:sz w:val="24"/>
          <w:szCs w:val="24"/>
          <w:lang w:val="it-IT"/>
        </w:rPr>
        <w:br/>
      </w:r>
      <w:r w:rsidRPr="00653378">
        <w:rPr>
          <w:b/>
          <w:sz w:val="24"/>
          <w:szCs w:val="24"/>
          <w:lang w:val="it-IT"/>
        </w:rPr>
        <w:t>ART. 13 REG. (UE) 2016/679</w:t>
      </w:r>
    </w:p>
    <w:p w14:paraId="24F62905" w14:textId="77777777" w:rsidR="00653378" w:rsidRPr="00653378" w:rsidRDefault="00653378" w:rsidP="00653378">
      <w:pPr>
        <w:spacing w:after="0" w:line="240" w:lineRule="auto"/>
        <w:jc w:val="both"/>
        <w:rPr>
          <w:sz w:val="24"/>
          <w:szCs w:val="24"/>
          <w:lang w:val="it-IT"/>
        </w:rPr>
      </w:pPr>
    </w:p>
    <w:p w14:paraId="4C846C6F" w14:textId="77777777" w:rsidR="00653378" w:rsidRDefault="00653378" w:rsidP="00653378">
      <w:pPr>
        <w:spacing w:after="0" w:line="240" w:lineRule="auto"/>
        <w:jc w:val="both"/>
        <w:rPr>
          <w:sz w:val="24"/>
          <w:szCs w:val="24"/>
          <w:lang w:val="it-IT"/>
        </w:rPr>
      </w:pPr>
    </w:p>
    <w:p w14:paraId="4C4496F6" w14:textId="53610833" w:rsidR="00D74DBA" w:rsidRDefault="009459B8" w:rsidP="00653378">
      <w:pPr>
        <w:spacing w:after="0" w:line="240" w:lineRule="auto"/>
        <w:jc w:val="both"/>
        <w:rPr>
          <w:sz w:val="24"/>
          <w:szCs w:val="24"/>
          <w:lang w:val="it-IT"/>
        </w:rPr>
      </w:pPr>
      <w:r w:rsidRPr="00653378">
        <w:rPr>
          <w:b/>
          <w:bCs/>
          <w:sz w:val="24"/>
          <w:szCs w:val="24"/>
          <w:lang w:val="it-IT"/>
        </w:rPr>
        <w:t>Titolare del trattamento</w:t>
      </w:r>
      <w:r w:rsidRPr="00653378">
        <w:rPr>
          <w:sz w:val="24"/>
          <w:szCs w:val="24"/>
          <w:lang w:val="it-IT"/>
        </w:rPr>
        <w:t xml:space="preserve">: Fondazione di studi storici “Filippo Turati” ETS, Via M. Buonarroti 13, 50122 Firenze; </w:t>
      </w:r>
      <w:hyperlink r:id="rId8" w:history="1">
        <w:r w:rsidR="00653378" w:rsidRPr="00CA58F1">
          <w:rPr>
            <w:rStyle w:val="Collegamentoipertestuale"/>
            <w:sz w:val="24"/>
            <w:szCs w:val="24"/>
            <w:lang w:val="it-IT"/>
          </w:rPr>
          <w:t>segreteria@fondazionestudistoriciturati.it</w:t>
        </w:r>
      </w:hyperlink>
      <w:r w:rsidRPr="00653378">
        <w:rPr>
          <w:sz w:val="24"/>
          <w:szCs w:val="24"/>
          <w:lang w:val="it-IT"/>
        </w:rPr>
        <w:t>.</w:t>
      </w:r>
    </w:p>
    <w:p w14:paraId="6C827B8E" w14:textId="77777777" w:rsidR="00653378" w:rsidRPr="00653378" w:rsidRDefault="00653378" w:rsidP="00653378">
      <w:pPr>
        <w:spacing w:after="0" w:line="240" w:lineRule="auto"/>
        <w:jc w:val="both"/>
        <w:rPr>
          <w:sz w:val="24"/>
          <w:szCs w:val="24"/>
          <w:lang w:val="it-IT"/>
        </w:rPr>
      </w:pPr>
    </w:p>
    <w:p w14:paraId="7E603594" w14:textId="77777777" w:rsidR="00D74DBA" w:rsidRDefault="009459B8" w:rsidP="00653378">
      <w:pPr>
        <w:spacing w:after="0" w:line="240" w:lineRule="auto"/>
        <w:jc w:val="both"/>
        <w:rPr>
          <w:sz w:val="24"/>
          <w:szCs w:val="24"/>
          <w:lang w:val="it-IT"/>
        </w:rPr>
      </w:pPr>
      <w:r w:rsidRPr="00653378">
        <w:rPr>
          <w:b/>
          <w:bCs/>
          <w:sz w:val="24"/>
          <w:szCs w:val="24"/>
          <w:lang w:val="it-IT"/>
        </w:rPr>
        <w:t>Finalità e base giuridica</w:t>
      </w:r>
      <w:r w:rsidRPr="00653378">
        <w:rPr>
          <w:sz w:val="24"/>
          <w:szCs w:val="24"/>
          <w:lang w:val="it-IT"/>
        </w:rPr>
        <w:t>: i dati forniti sono trattati per ricevere e valutare le candidature, gestire la selezione, comunicare gli esiti e, in caso di assegnazione, adempiere agli obblighi amministrativi, fiscali e di rendicontazione connessi alla borsa. Le basi giuridiche sono l’art. 6, par. 1, lett. b) (misure precontrattuali) e c) (obblighi legali) del GDPR; ove applicabile, l’art. 6, par. 1, lett. f), per la tutela dei diritti del titolare.</w:t>
      </w:r>
    </w:p>
    <w:p w14:paraId="43C5D3D3" w14:textId="77777777" w:rsidR="00653378" w:rsidRPr="00653378" w:rsidRDefault="00653378" w:rsidP="00653378">
      <w:pPr>
        <w:spacing w:after="0" w:line="240" w:lineRule="auto"/>
        <w:jc w:val="both"/>
        <w:rPr>
          <w:sz w:val="24"/>
          <w:szCs w:val="24"/>
          <w:lang w:val="it-IT"/>
        </w:rPr>
      </w:pPr>
    </w:p>
    <w:p w14:paraId="4BF46347" w14:textId="77777777" w:rsidR="00D74DBA" w:rsidRDefault="009459B8" w:rsidP="00653378">
      <w:pPr>
        <w:spacing w:after="0" w:line="240" w:lineRule="auto"/>
        <w:jc w:val="both"/>
        <w:rPr>
          <w:sz w:val="24"/>
          <w:szCs w:val="24"/>
          <w:lang w:val="it-IT"/>
        </w:rPr>
      </w:pPr>
      <w:r w:rsidRPr="00653378">
        <w:rPr>
          <w:b/>
          <w:bCs/>
          <w:sz w:val="24"/>
          <w:szCs w:val="24"/>
          <w:lang w:val="it-IT"/>
        </w:rPr>
        <w:t>Modalità e destinatari</w:t>
      </w:r>
      <w:r w:rsidRPr="00653378">
        <w:rPr>
          <w:sz w:val="24"/>
          <w:szCs w:val="24"/>
          <w:lang w:val="it-IT"/>
        </w:rPr>
        <w:t>: i dati saranno trattati da personale autorizzato e, ove necessario, da consulenti incaricati, componenti della commissione e soggetti cui la comunicazione sia dovuta per legge o per la rendicontazione del progetto, con misure adeguate di sicurezza. Non è prevista diffusione dei dati personali, salvo pubblicazione degli esiti nei limiti previsti dal bando e dalla normativa applicabile.</w:t>
      </w:r>
    </w:p>
    <w:p w14:paraId="329064B6" w14:textId="77777777" w:rsidR="00653378" w:rsidRPr="00653378" w:rsidRDefault="00653378" w:rsidP="00653378">
      <w:pPr>
        <w:spacing w:after="0" w:line="240" w:lineRule="auto"/>
        <w:jc w:val="both"/>
        <w:rPr>
          <w:sz w:val="24"/>
          <w:szCs w:val="24"/>
          <w:lang w:val="it-IT"/>
        </w:rPr>
      </w:pPr>
    </w:p>
    <w:p w14:paraId="79918603" w14:textId="77777777" w:rsidR="00D74DBA" w:rsidRDefault="009459B8" w:rsidP="00653378">
      <w:pPr>
        <w:spacing w:after="0" w:line="240" w:lineRule="auto"/>
        <w:jc w:val="both"/>
        <w:rPr>
          <w:sz w:val="24"/>
          <w:szCs w:val="24"/>
          <w:lang w:val="it-IT"/>
        </w:rPr>
      </w:pPr>
      <w:r w:rsidRPr="00653378">
        <w:rPr>
          <w:b/>
          <w:bCs/>
          <w:sz w:val="24"/>
          <w:szCs w:val="24"/>
          <w:lang w:val="it-IT"/>
        </w:rPr>
        <w:t>Conferimento e conservazione</w:t>
      </w:r>
      <w:r w:rsidRPr="00653378">
        <w:rPr>
          <w:sz w:val="24"/>
          <w:szCs w:val="24"/>
          <w:lang w:val="it-IT"/>
        </w:rPr>
        <w:t>: il conferimento dei dati richiesti è necessario per valutare la candidatura; il mancato conferimento impedisce la partecipazione. I dati saranno conservati per il periodo necessario alla selezione e, successivamente, per i tempi previsti dagli obblighi di legge e per l’eventuale tutela dei diritti della Fondazione, secondo il piano di conservazione dell’ente.</w:t>
      </w:r>
    </w:p>
    <w:p w14:paraId="563833AF" w14:textId="77777777" w:rsidR="00653378" w:rsidRPr="00653378" w:rsidRDefault="00653378" w:rsidP="00653378">
      <w:pPr>
        <w:spacing w:after="0" w:line="240" w:lineRule="auto"/>
        <w:jc w:val="both"/>
        <w:rPr>
          <w:sz w:val="24"/>
          <w:szCs w:val="24"/>
          <w:lang w:val="it-IT"/>
        </w:rPr>
      </w:pPr>
    </w:p>
    <w:p w14:paraId="5ECF1E85" w14:textId="77777777" w:rsidR="00D74DBA" w:rsidRDefault="009459B8" w:rsidP="00653378">
      <w:pPr>
        <w:spacing w:after="0" w:line="240" w:lineRule="auto"/>
        <w:jc w:val="both"/>
        <w:rPr>
          <w:sz w:val="24"/>
          <w:szCs w:val="24"/>
          <w:lang w:val="it-IT"/>
        </w:rPr>
      </w:pPr>
      <w:r w:rsidRPr="00653378">
        <w:rPr>
          <w:b/>
          <w:bCs/>
          <w:sz w:val="24"/>
          <w:szCs w:val="24"/>
          <w:lang w:val="it-IT"/>
        </w:rPr>
        <w:t>Diritti</w:t>
      </w:r>
      <w:r w:rsidRPr="00653378">
        <w:rPr>
          <w:sz w:val="24"/>
          <w:szCs w:val="24"/>
          <w:lang w:val="it-IT"/>
        </w:rPr>
        <w:t>: l’interessato può esercitare, nei casi previsti, i diritti di accesso, rettifica, cancellazione, limitazione, opposizione e gli altri diritti riconosciuti dagli artt. 15–22 GDPR, scrivendo al titolare. Può proporre reclamo al Garante per la protezione dei dati personali. Non sono previste decisioni basate esclusivamente su trattamenti automatizzati.</w:t>
      </w:r>
    </w:p>
    <w:p w14:paraId="03BC311B" w14:textId="77777777" w:rsidR="00653378" w:rsidRPr="00653378" w:rsidRDefault="00653378" w:rsidP="00653378">
      <w:pPr>
        <w:spacing w:after="0" w:line="240" w:lineRule="auto"/>
        <w:jc w:val="both"/>
        <w:rPr>
          <w:sz w:val="24"/>
          <w:szCs w:val="24"/>
          <w:lang w:val="it-IT"/>
        </w:rPr>
      </w:pPr>
    </w:p>
    <w:p w14:paraId="4AD2B0DA" w14:textId="77777777" w:rsidR="00D74DBA" w:rsidRDefault="009459B8" w:rsidP="00653378">
      <w:pPr>
        <w:spacing w:after="0" w:line="240" w:lineRule="auto"/>
        <w:jc w:val="both"/>
        <w:rPr>
          <w:sz w:val="24"/>
          <w:szCs w:val="24"/>
          <w:lang w:val="it-IT"/>
        </w:rPr>
      </w:pPr>
      <w:r w:rsidRPr="00653378">
        <w:rPr>
          <w:sz w:val="24"/>
          <w:szCs w:val="24"/>
          <w:lang w:val="it-IT"/>
        </w:rPr>
        <w:t>☐ Dichiaro di aver ricevuto e preso visione dell’informativa sul trattamento dei dati personali riportata nel presente modulo.</w:t>
      </w:r>
    </w:p>
    <w:p w14:paraId="577720B8" w14:textId="77777777" w:rsidR="00653378" w:rsidRPr="00653378" w:rsidRDefault="00653378" w:rsidP="00653378">
      <w:pPr>
        <w:spacing w:after="0" w:line="240" w:lineRule="auto"/>
        <w:jc w:val="both"/>
        <w:rPr>
          <w:sz w:val="24"/>
          <w:szCs w:val="24"/>
          <w:lang w:val="it-IT"/>
        </w:rPr>
      </w:pPr>
    </w:p>
    <w:p w14:paraId="690B95C5" w14:textId="77777777" w:rsidR="00653378" w:rsidRPr="00653378" w:rsidRDefault="009459B8" w:rsidP="00653378">
      <w:pPr>
        <w:spacing w:after="0" w:line="240" w:lineRule="auto"/>
        <w:jc w:val="both"/>
        <w:rPr>
          <w:b/>
          <w:bCs/>
          <w:sz w:val="24"/>
          <w:szCs w:val="24"/>
        </w:rPr>
      </w:pPr>
      <w:proofErr w:type="spellStart"/>
      <w:r w:rsidRPr="00653378">
        <w:rPr>
          <w:b/>
          <w:bCs/>
          <w:sz w:val="24"/>
          <w:szCs w:val="24"/>
        </w:rPr>
        <w:t>Luogo</w:t>
      </w:r>
      <w:proofErr w:type="spellEnd"/>
      <w:r w:rsidRPr="00653378">
        <w:rPr>
          <w:b/>
          <w:bCs/>
          <w:sz w:val="24"/>
          <w:szCs w:val="24"/>
        </w:rPr>
        <w:t xml:space="preserve"> e data: </w:t>
      </w:r>
    </w:p>
    <w:p w14:paraId="7BB8A222" w14:textId="77777777" w:rsidR="00653378" w:rsidRDefault="00653378" w:rsidP="00653378">
      <w:pPr>
        <w:spacing w:after="0" w:line="240" w:lineRule="auto"/>
        <w:jc w:val="both"/>
        <w:rPr>
          <w:sz w:val="24"/>
          <w:szCs w:val="24"/>
        </w:rPr>
      </w:pPr>
    </w:p>
    <w:p w14:paraId="0FD7818D" w14:textId="7530DC13" w:rsidR="00D74DBA" w:rsidRPr="00653378" w:rsidRDefault="009459B8" w:rsidP="00653378">
      <w:pPr>
        <w:spacing w:after="0" w:line="240" w:lineRule="auto"/>
        <w:jc w:val="both"/>
        <w:rPr>
          <w:b/>
          <w:bCs/>
          <w:sz w:val="24"/>
          <w:szCs w:val="24"/>
        </w:rPr>
      </w:pPr>
      <w:proofErr w:type="spellStart"/>
      <w:r w:rsidRPr="00653378">
        <w:rPr>
          <w:b/>
          <w:bCs/>
          <w:sz w:val="24"/>
          <w:szCs w:val="24"/>
        </w:rPr>
        <w:t>Firma</w:t>
      </w:r>
      <w:proofErr w:type="spellEnd"/>
      <w:r w:rsidRPr="00653378">
        <w:rPr>
          <w:b/>
          <w:bCs/>
          <w:sz w:val="24"/>
          <w:szCs w:val="24"/>
        </w:rPr>
        <w:t xml:space="preserve">: </w:t>
      </w:r>
    </w:p>
    <w:sectPr w:rsidR="00D74DBA" w:rsidRPr="00653378" w:rsidSect="00034616">
      <w:headerReference w:type="default" r:id="rId9"/>
      <w:footerReference w:type="default" r:id="rId10"/>
      <w:pgSz w:w="12240" w:h="15840"/>
      <w:pgMar w:top="907" w:right="1247" w:bottom="879" w:left="1247"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A410D" w14:textId="77777777" w:rsidR="00C04896" w:rsidRDefault="00C04896">
      <w:pPr>
        <w:spacing w:after="0" w:line="240" w:lineRule="auto"/>
      </w:pPr>
      <w:r>
        <w:separator/>
      </w:r>
    </w:p>
  </w:endnote>
  <w:endnote w:type="continuationSeparator" w:id="0">
    <w:p w14:paraId="43F4B06B" w14:textId="77777777" w:rsidR="00C04896" w:rsidRDefault="00C04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1812" w14:textId="77777777" w:rsidR="00FD51AF" w:rsidRDefault="00FD51AF" w:rsidP="00FD51AF">
    <w:pPr>
      <w:pStyle w:val="Corpotesto"/>
      <w:kinsoku w:val="0"/>
      <w:overflowPunct w:val="0"/>
      <w:spacing w:after="0"/>
      <w:ind w:left="20"/>
      <w:jc w:val="center"/>
      <w:rPr>
        <w:b/>
        <w:iCs/>
        <w:color w:val="700000"/>
        <w:w w:val="95"/>
        <w:sz w:val="18"/>
        <w:szCs w:val="18"/>
        <w:lang w:val="it-IT"/>
      </w:rPr>
    </w:pPr>
  </w:p>
  <w:p w14:paraId="6B2F4621" w14:textId="7CE81F48" w:rsidR="00FD51AF" w:rsidRPr="00FD51AF" w:rsidRDefault="00FD51AF" w:rsidP="00FD51AF">
    <w:pPr>
      <w:pStyle w:val="Corpotesto"/>
      <w:kinsoku w:val="0"/>
      <w:overflowPunct w:val="0"/>
      <w:spacing w:after="0"/>
      <w:ind w:left="20"/>
      <w:jc w:val="center"/>
      <w:rPr>
        <w:rFonts w:ascii="Georgia" w:hAnsi="Georgia"/>
        <w:b/>
        <w:i/>
        <w:color w:val="700000"/>
        <w:w w:val="95"/>
        <w:sz w:val="18"/>
        <w:szCs w:val="18"/>
        <w:lang w:val="it-IT"/>
      </w:rPr>
    </w:pPr>
    <w:r w:rsidRPr="00FD51AF">
      <w:rPr>
        <w:rFonts w:ascii="Georgia" w:hAnsi="Georgia"/>
        <w:b/>
        <w:i/>
        <w:color w:val="700000"/>
        <w:w w:val="95"/>
        <w:sz w:val="18"/>
        <w:szCs w:val="18"/>
        <w:lang w:val="it-IT"/>
      </w:rPr>
      <w:t>Fondazione di Studi Storici “Filippo Turati”</w:t>
    </w:r>
  </w:p>
  <w:p w14:paraId="0FA244C5" w14:textId="77777777" w:rsidR="00FD51AF" w:rsidRPr="00FD51AF" w:rsidRDefault="00FD51AF" w:rsidP="00FD51AF">
    <w:pPr>
      <w:pStyle w:val="Corpotesto"/>
      <w:kinsoku w:val="0"/>
      <w:overflowPunct w:val="0"/>
      <w:spacing w:after="0"/>
      <w:ind w:left="20"/>
      <w:jc w:val="center"/>
      <w:rPr>
        <w:rFonts w:ascii="Georgia" w:hAnsi="Georgia"/>
        <w:i/>
        <w:color w:val="700000"/>
        <w:sz w:val="18"/>
        <w:szCs w:val="18"/>
        <w:lang w:val="it-IT"/>
      </w:rPr>
    </w:pPr>
    <w:r w:rsidRPr="00FD51AF">
      <w:rPr>
        <w:rFonts w:ascii="Georgia" w:hAnsi="Georgia"/>
        <w:i/>
        <w:color w:val="700000"/>
        <w:w w:val="95"/>
        <w:sz w:val="18"/>
        <w:szCs w:val="18"/>
        <w:lang w:val="it-IT"/>
      </w:rPr>
      <w:t>50122</w:t>
    </w:r>
    <w:r w:rsidRPr="00FD51AF">
      <w:rPr>
        <w:rFonts w:ascii="Georgia" w:hAnsi="Georgia"/>
        <w:i/>
        <w:color w:val="700000"/>
        <w:spacing w:val="-27"/>
        <w:w w:val="95"/>
        <w:sz w:val="18"/>
        <w:szCs w:val="18"/>
        <w:lang w:val="it-IT"/>
      </w:rPr>
      <w:t xml:space="preserve"> </w:t>
    </w:r>
    <w:r w:rsidRPr="00FD51AF">
      <w:rPr>
        <w:rFonts w:ascii="Georgia" w:hAnsi="Georgia"/>
        <w:i/>
        <w:color w:val="700000"/>
        <w:w w:val="95"/>
        <w:sz w:val="18"/>
        <w:szCs w:val="18"/>
        <w:lang w:val="it-IT"/>
      </w:rPr>
      <w:t>Firenze</w:t>
    </w:r>
    <w:r w:rsidRPr="00FD51AF">
      <w:rPr>
        <w:rFonts w:ascii="Georgia" w:hAnsi="Georgia"/>
        <w:i/>
        <w:color w:val="700000"/>
        <w:spacing w:val="-23"/>
        <w:w w:val="95"/>
        <w:sz w:val="18"/>
        <w:szCs w:val="18"/>
        <w:lang w:val="it-IT"/>
      </w:rPr>
      <w:t xml:space="preserve"> </w:t>
    </w:r>
    <w:r w:rsidRPr="00FD51AF">
      <w:rPr>
        <w:rFonts w:ascii="Georgia" w:hAnsi="Georgia"/>
        <w:i/>
        <w:color w:val="700000"/>
        <w:w w:val="95"/>
        <w:sz w:val="18"/>
        <w:szCs w:val="18"/>
        <w:lang w:val="it-IT"/>
      </w:rPr>
      <w:t>-</w:t>
    </w:r>
    <w:r w:rsidRPr="00FD51AF">
      <w:rPr>
        <w:rFonts w:ascii="Georgia" w:hAnsi="Georgia"/>
        <w:i/>
        <w:color w:val="700000"/>
        <w:spacing w:val="-28"/>
        <w:w w:val="95"/>
        <w:sz w:val="18"/>
        <w:szCs w:val="18"/>
        <w:lang w:val="it-IT"/>
      </w:rPr>
      <w:t xml:space="preserve"> </w:t>
    </w:r>
    <w:r w:rsidRPr="00FD51AF">
      <w:rPr>
        <w:rFonts w:ascii="Georgia" w:hAnsi="Georgia"/>
        <w:i/>
        <w:color w:val="700000"/>
        <w:w w:val="95"/>
        <w:sz w:val="18"/>
        <w:szCs w:val="18"/>
        <w:lang w:val="it-IT"/>
      </w:rPr>
      <w:t>Casa</w:t>
    </w:r>
    <w:r w:rsidRPr="00FD51AF">
      <w:rPr>
        <w:rFonts w:ascii="Georgia" w:hAnsi="Georgia"/>
        <w:i/>
        <w:color w:val="700000"/>
        <w:spacing w:val="-27"/>
        <w:w w:val="95"/>
        <w:sz w:val="18"/>
        <w:szCs w:val="18"/>
        <w:lang w:val="it-IT"/>
      </w:rPr>
      <w:t xml:space="preserve"> </w:t>
    </w:r>
    <w:r w:rsidRPr="00FD51AF">
      <w:rPr>
        <w:rFonts w:ascii="Georgia" w:hAnsi="Georgia"/>
        <w:i/>
        <w:color w:val="700000"/>
        <w:w w:val="95"/>
        <w:sz w:val="18"/>
        <w:szCs w:val="18"/>
        <w:lang w:val="it-IT"/>
      </w:rPr>
      <w:t>Lapi,</w:t>
    </w:r>
    <w:r w:rsidRPr="00FD51AF">
      <w:rPr>
        <w:rFonts w:ascii="Georgia" w:hAnsi="Georgia"/>
        <w:i/>
        <w:color w:val="700000"/>
        <w:spacing w:val="-26"/>
        <w:w w:val="95"/>
        <w:sz w:val="18"/>
        <w:szCs w:val="18"/>
        <w:lang w:val="it-IT"/>
      </w:rPr>
      <w:t xml:space="preserve"> </w:t>
    </w:r>
    <w:r w:rsidRPr="00FD51AF">
      <w:rPr>
        <w:rFonts w:ascii="Georgia" w:hAnsi="Georgia"/>
        <w:i/>
        <w:color w:val="700000"/>
        <w:w w:val="95"/>
        <w:sz w:val="18"/>
        <w:szCs w:val="18"/>
        <w:lang w:val="it-IT"/>
      </w:rPr>
      <w:t>Via</w:t>
    </w:r>
    <w:r w:rsidRPr="00FD51AF">
      <w:rPr>
        <w:rFonts w:ascii="Georgia" w:hAnsi="Georgia"/>
        <w:i/>
        <w:color w:val="700000"/>
        <w:spacing w:val="-26"/>
        <w:w w:val="95"/>
        <w:sz w:val="18"/>
        <w:szCs w:val="18"/>
        <w:lang w:val="it-IT"/>
      </w:rPr>
      <w:t xml:space="preserve"> </w:t>
    </w:r>
    <w:r w:rsidRPr="00FD51AF">
      <w:rPr>
        <w:rFonts w:ascii="Georgia" w:hAnsi="Georgia"/>
        <w:i/>
        <w:color w:val="700000"/>
        <w:w w:val="95"/>
        <w:sz w:val="18"/>
        <w:szCs w:val="18"/>
        <w:lang w:val="it-IT"/>
      </w:rPr>
      <w:t>Buonarroti,</w:t>
    </w:r>
    <w:r w:rsidRPr="00FD51AF">
      <w:rPr>
        <w:rFonts w:ascii="Georgia" w:hAnsi="Georgia"/>
        <w:i/>
        <w:color w:val="700000"/>
        <w:spacing w:val="-25"/>
        <w:w w:val="95"/>
        <w:sz w:val="18"/>
        <w:szCs w:val="18"/>
        <w:lang w:val="it-IT"/>
      </w:rPr>
      <w:t xml:space="preserve"> </w:t>
    </w:r>
    <w:r w:rsidRPr="00FD51AF">
      <w:rPr>
        <w:rFonts w:ascii="Georgia" w:hAnsi="Georgia"/>
        <w:i/>
        <w:color w:val="700000"/>
        <w:w w:val="95"/>
        <w:sz w:val="18"/>
        <w:szCs w:val="18"/>
        <w:lang w:val="it-IT"/>
      </w:rPr>
      <w:t xml:space="preserve">13 </w:t>
    </w:r>
    <w:r w:rsidRPr="00FD51AF">
      <w:rPr>
        <w:rFonts w:ascii="Georgia" w:hAnsi="Georgia"/>
        <w:i/>
        <w:color w:val="700000"/>
        <w:sz w:val="18"/>
        <w:szCs w:val="18"/>
        <w:lang w:val="it-IT"/>
      </w:rPr>
      <w:t>Tel.</w:t>
    </w:r>
    <w:r w:rsidRPr="00FD51AF">
      <w:rPr>
        <w:rFonts w:ascii="Georgia" w:hAnsi="Georgia"/>
        <w:i/>
        <w:color w:val="700000"/>
        <w:spacing w:val="-2"/>
        <w:sz w:val="18"/>
        <w:szCs w:val="18"/>
        <w:lang w:val="it-IT"/>
      </w:rPr>
      <w:t xml:space="preserve"> </w:t>
    </w:r>
    <w:r w:rsidRPr="00FD51AF">
      <w:rPr>
        <w:rFonts w:ascii="Georgia" w:hAnsi="Georgia"/>
        <w:i/>
        <w:color w:val="700000"/>
        <w:sz w:val="18"/>
        <w:szCs w:val="18"/>
        <w:lang w:val="it-IT"/>
      </w:rPr>
      <w:t>055.243123</w:t>
    </w:r>
  </w:p>
  <w:p w14:paraId="5F34F8E1" w14:textId="77777777" w:rsidR="00FD51AF" w:rsidRPr="00FD51AF" w:rsidRDefault="00FD51AF" w:rsidP="00FD51AF">
    <w:pPr>
      <w:pStyle w:val="Corpotesto"/>
      <w:kinsoku w:val="0"/>
      <w:overflowPunct w:val="0"/>
      <w:spacing w:after="0"/>
      <w:ind w:left="55"/>
      <w:jc w:val="center"/>
      <w:rPr>
        <w:rFonts w:ascii="Georgia" w:hAnsi="Georgia"/>
        <w:i/>
        <w:color w:val="700000"/>
        <w:w w:val="95"/>
        <w:sz w:val="18"/>
        <w:szCs w:val="18"/>
        <w:lang w:val="it-IT"/>
      </w:rPr>
    </w:pPr>
    <w:hyperlink r:id="rId1" w:history="1">
      <w:r w:rsidRPr="00FD51AF">
        <w:rPr>
          <w:rStyle w:val="Collegamentoipertestuale"/>
          <w:rFonts w:ascii="Georgia" w:hAnsi="Georgia"/>
          <w:i/>
          <w:w w:val="80"/>
          <w:sz w:val="18"/>
          <w:szCs w:val="18"/>
          <w:lang w:val="it-IT"/>
        </w:rPr>
        <w:t>fondazioneturationlus@pec.it</w:t>
      </w:r>
    </w:hyperlink>
    <w:r w:rsidRPr="00FD51AF">
      <w:rPr>
        <w:rFonts w:ascii="Georgia" w:hAnsi="Georgia"/>
        <w:i/>
        <w:color w:val="700000"/>
        <w:w w:val="80"/>
        <w:sz w:val="18"/>
        <w:szCs w:val="18"/>
        <w:lang w:val="it-IT"/>
      </w:rPr>
      <w:t xml:space="preserve"> </w:t>
    </w:r>
    <w:hyperlink r:id="rId2" w:history="1">
      <w:r w:rsidRPr="00FD51AF">
        <w:rPr>
          <w:rFonts w:ascii="Georgia" w:hAnsi="Georgia"/>
          <w:i/>
          <w:color w:val="700000"/>
          <w:w w:val="95"/>
          <w:sz w:val="18"/>
          <w:szCs w:val="18"/>
          <w:u w:val="single"/>
          <w:lang w:val="it-IT"/>
        </w:rPr>
        <w:t>www.fondazionestudistoriciturati.it</w:t>
      </w:r>
    </w:hyperlink>
  </w:p>
  <w:p w14:paraId="1EA31C2F" w14:textId="771491EE" w:rsidR="00D74DBA" w:rsidRPr="00FD51AF" w:rsidRDefault="00D74DBA" w:rsidP="00FD51AF">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18233" w14:textId="77777777" w:rsidR="00C04896" w:rsidRDefault="00C04896">
      <w:pPr>
        <w:spacing w:after="0" w:line="240" w:lineRule="auto"/>
      </w:pPr>
      <w:r>
        <w:separator/>
      </w:r>
    </w:p>
  </w:footnote>
  <w:footnote w:type="continuationSeparator" w:id="0">
    <w:p w14:paraId="26DC938A" w14:textId="77777777" w:rsidR="00C04896" w:rsidRDefault="00C04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1E5FA" w14:textId="7D6B7AE8" w:rsidR="00FD51AF" w:rsidRDefault="00FD51AF" w:rsidP="00FD51AF">
    <w:pPr>
      <w:pStyle w:val="Intestazione"/>
      <w:spacing w:after="120"/>
      <w:jc w:val="center"/>
    </w:pPr>
    <w:r w:rsidRPr="00053C7E">
      <w:rPr>
        <w:b/>
        <w:noProof/>
        <w:color w:val="7A0000"/>
      </w:rPr>
      <w:drawing>
        <wp:anchor distT="0" distB="0" distL="114300" distR="114300" simplePos="0" relativeHeight="251659264" behindDoc="1" locked="0" layoutInCell="1" allowOverlap="1" wp14:anchorId="1F570A33" wp14:editId="77B24262">
          <wp:simplePos x="0" y="0"/>
          <wp:positionH relativeFrom="margin">
            <wp:posOffset>2267712</wp:posOffset>
          </wp:positionH>
          <wp:positionV relativeFrom="paragraph">
            <wp:posOffset>-635</wp:posOffset>
          </wp:positionV>
          <wp:extent cx="1784985" cy="586740"/>
          <wp:effectExtent l="0" t="0" r="5715" b="3810"/>
          <wp:wrapNone/>
          <wp:docPr id="1525318030" name="Immagine 152531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84985" cy="586740"/>
                  </a:xfrm>
                  <a:prstGeom prst="rect">
                    <a:avLst/>
                  </a:prstGeom>
                </pic:spPr>
              </pic:pic>
            </a:graphicData>
          </a:graphic>
          <wp14:sizeRelH relativeFrom="margin">
            <wp14:pctWidth>0</wp14:pctWidth>
          </wp14:sizeRelH>
          <wp14:sizeRelV relativeFrom="margin">
            <wp14:pctHeight>0</wp14:pctHeight>
          </wp14:sizeRelV>
        </wp:anchor>
      </w:drawing>
    </w:r>
  </w:p>
  <w:p w14:paraId="6E6CF2AE" w14:textId="77777777" w:rsidR="00FD51AF" w:rsidRDefault="00FD51AF" w:rsidP="00FD51AF">
    <w:pPr>
      <w:pStyle w:val="Intestazione"/>
      <w:spacing w:after="120"/>
      <w:jc w:val="center"/>
    </w:pPr>
  </w:p>
  <w:p w14:paraId="42FEBD53" w14:textId="77777777" w:rsidR="00FD51AF" w:rsidRDefault="00FD51AF" w:rsidP="00FD51AF">
    <w:pPr>
      <w:pStyle w:val="Intestazione"/>
      <w:spacing w:after="1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48405563">
    <w:abstractNumId w:val="8"/>
  </w:num>
  <w:num w:numId="2" w16cid:durableId="256795543">
    <w:abstractNumId w:val="6"/>
  </w:num>
  <w:num w:numId="3" w16cid:durableId="777871840">
    <w:abstractNumId w:val="5"/>
  </w:num>
  <w:num w:numId="4" w16cid:durableId="1987278833">
    <w:abstractNumId w:val="4"/>
  </w:num>
  <w:num w:numId="5" w16cid:durableId="1996447166">
    <w:abstractNumId w:val="7"/>
  </w:num>
  <w:num w:numId="6" w16cid:durableId="1757365362">
    <w:abstractNumId w:val="3"/>
  </w:num>
  <w:num w:numId="7" w16cid:durableId="76637712">
    <w:abstractNumId w:val="2"/>
  </w:num>
  <w:num w:numId="8" w16cid:durableId="1313287496">
    <w:abstractNumId w:val="1"/>
  </w:num>
  <w:num w:numId="9" w16cid:durableId="1186360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317C"/>
    <w:rsid w:val="0029639D"/>
    <w:rsid w:val="00326F90"/>
    <w:rsid w:val="00653378"/>
    <w:rsid w:val="009459B8"/>
    <w:rsid w:val="00AA1D8D"/>
    <w:rsid w:val="00B47730"/>
    <w:rsid w:val="00C04896"/>
    <w:rsid w:val="00CB0664"/>
    <w:rsid w:val="00D74DBA"/>
    <w:rsid w:val="00FC693F"/>
    <w:rsid w:val="00FD51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A0A4C5"/>
  <w14:defaultImageDpi w14:val="300"/>
  <w15:docId w15:val="{D605C8F8-D473-4245-A432-ED4E0B267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pPr>
    <w:rPr>
      <w:rFonts w:ascii="Garamond" w:hAnsi="Garamond"/>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llegamentoipertestuale">
    <w:name w:val="Hyperlink"/>
    <w:basedOn w:val="Carpredefinitoparagrafo"/>
    <w:uiPriority w:val="99"/>
    <w:unhideWhenUsed/>
    <w:rsid w:val="00653378"/>
    <w:rPr>
      <w:color w:val="0000FF" w:themeColor="hyperlink"/>
      <w:u w:val="single"/>
    </w:rPr>
  </w:style>
  <w:style w:type="character" w:styleId="Menzionenonrisolta">
    <w:name w:val="Unresolved Mention"/>
    <w:basedOn w:val="Carpredefinitoparagrafo"/>
    <w:uiPriority w:val="99"/>
    <w:semiHidden/>
    <w:unhideWhenUsed/>
    <w:rsid w:val="006533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greteria@fondazionestudistoriciturati.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fondazionestudistoriciturati.it/" TargetMode="External"/><Relationship Id="rId1" Type="http://schemas.openxmlformats.org/officeDocument/2006/relationships/hyperlink" Target="mailto:fondazioneturationlus@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Fondazione di studi Degl'Innocenti Maurizio</cp:lastModifiedBy>
  <cp:revision>3</cp:revision>
  <dcterms:created xsi:type="dcterms:W3CDTF">2026-10-30T09:36:00Z</dcterms:created>
  <dcterms:modified xsi:type="dcterms:W3CDTF">2026-10-30T09:41:00Z</dcterms:modified>
  <cp:category/>
</cp:coreProperties>
</file>